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814"/>
        <w:gridCol w:w="3402"/>
      </w:tblGrid>
      <w:tr w:rsidR="003B3AFF" w:rsidRPr="003E4600" w14:paraId="16526E5E" w14:textId="77777777" w:rsidTr="00A73261">
        <w:trPr>
          <w:trHeight w:val="1560"/>
        </w:trPr>
        <w:tc>
          <w:tcPr>
            <w:tcW w:w="3402" w:type="dxa"/>
            <w:vAlign w:val="center"/>
          </w:tcPr>
          <w:p w14:paraId="21B17E28" w14:textId="77777777" w:rsidR="003B3AFF" w:rsidRPr="003E4600" w:rsidRDefault="003E46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E4600">
              <w:rPr>
                <w:rFonts w:ascii="Arial" w:hAnsi="Arial" w:cs="Arial"/>
                <w:b/>
                <w:sz w:val="24"/>
                <w:szCs w:val="24"/>
              </w:rPr>
              <w:t>Bošnjačko</w:t>
            </w:r>
            <w:proofErr w:type="spellEnd"/>
            <w:r w:rsidRPr="003E460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3E4600">
              <w:rPr>
                <w:rFonts w:ascii="Arial" w:hAnsi="Arial" w:cs="Arial"/>
                <w:b/>
                <w:sz w:val="24"/>
                <w:szCs w:val="24"/>
              </w:rPr>
              <w:t>vijeće</w:t>
            </w:r>
            <w:proofErr w:type="spellEnd"/>
            <w:r w:rsidRPr="003E4600">
              <w:rPr>
                <w:rFonts w:ascii="Arial" w:hAnsi="Arial" w:cs="Arial"/>
                <w:b/>
                <w:sz w:val="24"/>
                <w:szCs w:val="24"/>
              </w:rPr>
              <w:br/>
              <w:t xml:space="preserve">u </w:t>
            </w:r>
            <w:proofErr w:type="spellStart"/>
            <w:r w:rsidRPr="003E4600">
              <w:rPr>
                <w:rFonts w:ascii="Arial" w:hAnsi="Arial" w:cs="Arial"/>
                <w:b/>
                <w:sz w:val="24"/>
                <w:szCs w:val="24"/>
              </w:rPr>
              <w:t>Crnoj</w:t>
            </w:r>
            <w:proofErr w:type="spellEnd"/>
            <w:r w:rsidRPr="003E4600">
              <w:rPr>
                <w:rFonts w:ascii="Arial" w:hAnsi="Arial" w:cs="Arial"/>
                <w:b/>
                <w:sz w:val="24"/>
                <w:szCs w:val="24"/>
              </w:rPr>
              <w:t xml:space="preserve"> Gori</w:t>
            </w:r>
          </w:p>
        </w:tc>
        <w:tc>
          <w:tcPr>
            <w:tcW w:w="1814" w:type="dxa"/>
            <w:vAlign w:val="center"/>
          </w:tcPr>
          <w:p w14:paraId="31418515" w14:textId="77777777" w:rsidR="003B3AFF" w:rsidRPr="003E4600" w:rsidRDefault="003E46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272CB9CC" wp14:editId="79E0A178">
                  <wp:extent cx="648000" cy="87177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871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399B4FD5" w14:textId="77777777" w:rsidR="003B3AFF" w:rsidRPr="003E4600" w:rsidRDefault="003E46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t>Bošnjačko nacionalno</w:t>
            </w:r>
            <w:r w:rsidRPr="003E4600">
              <w:rPr>
                <w:rFonts w:ascii="Arial" w:hAnsi="Arial" w:cs="Arial"/>
                <w:b/>
                <w:sz w:val="24"/>
                <w:szCs w:val="24"/>
              </w:rPr>
              <w:br/>
              <w:t>vijeće u Republici Srbiji</w:t>
            </w:r>
          </w:p>
        </w:tc>
      </w:tr>
    </w:tbl>
    <w:p w14:paraId="050A208D" w14:textId="52F891B7" w:rsidR="006D08FB" w:rsidRDefault="00A73261" w:rsidP="006D08FB">
      <w:pPr>
        <w:spacing w:after="6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b/>
          <w:sz w:val="24"/>
          <w:szCs w:val="24"/>
        </w:rPr>
        <w:t xml:space="preserve">                                </w:t>
      </w:r>
      <w:r w:rsidR="006D08FB">
        <w:rPr>
          <w:rFonts w:ascii="Arial" w:hAnsi="Arial" w:cs="Arial"/>
          <w:b/>
          <w:sz w:val="24"/>
          <w:szCs w:val="24"/>
        </w:rPr>
        <w:t xml:space="preserve"> </w:t>
      </w:r>
      <w:r w:rsidRPr="003E4600">
        <w:rPr>
          <w:rFonts w:ascii="Arial" w:hAnsi="Arial" w:cs="Arial"/>
          <w:b/>
          <w:sz w:val="24"/>
          <w:szCs w:val="24"/>
        </w:rPr>
        <w:t xml:space="preserve"> </w:t>
      </w:r>
      <w:r w:rsidR="006D08FB">
        <w:rPr>
          <w:rFonts w:ascii="Arial" w:hAnsi="Arial" w:cs="Arial"/>
          <w:b/>
          <w:sz w:val="24"/>
          <w:szCs w:val="24"/>
        </w:rPr>
        <w:t>MEĐUNARODNI NAUČNI SIMPOZIJ</w:t>
      </w:r>
    </w:p>
    <w:p w14:paraId="63F17448" w14:textId="6C92B361" w:rsidR="003B3AFF" w:rsidRPr="003E4600" w:rsidRDefault="006D08FB" w:rsidP="006D08FB">
      <w:pPr>
        <w:spacing w:after="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3E4600" w:rsidRPr="003E4600">
        <w:rPr>
          <w:rFonts w:ascii="Arial" w:hAnsi="Arial" w:cs="Arial"/>
          <w:b/>
          <w:sz w:val="24"/>
          <w:szCs w:val="24"/>
        </w:rPr>
        <w:t>„</w:t>
      </w:r>
      <w:proofErr w:type="spellStart"/>
      <w:r w:rsidR="003E4600" w:rsidRPr="003E4600">
        <w:rPr>
          <w:rFonts w:ascii="Arial" w:hAnsi="Arial" w:cs="Arial"/>
          <w:b/>
          <w:sz w:val="24"/>
          <w:szCs w:val="24"/>
        </w:rPr>
        <w:t>Dvojna</w:t>
      </w:r>
      <w:proofErr w:type="spellEnd"/>
      <w:r w:rsidR="003E4600" w:rsidRPr="003E460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600" w:rsidRPr="003E4600">
        <w:rPr>
          <w:rFonts w:ascii="Arial" w:hAnsi="Arial" w:cs="Arial"/>
          <w:b/>
          <w:sz w:val="24"/>
          <w:szCs w:val="24"/>
        </w:rPr>
        <w:t>pripadnost</w:t>
      </w:r>
      <w:proofErr w:type="spellEnd"/>
      <w:r w:rsidR="003E4600" w:rsidRPr="003E460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600" w:rsidRPr="003E4600">
        <w:rPr>
          <w:rFonts w:ascii="Arial" w:hAnsi="Arial" w:cs="Arial"/>
          <w:b/>
          <w:sz w:val="24"/>
          <w:szCs w:val="24"/>
        </w:rPr>
        <w:t>pisca</w:t>
      </w:r>
      <w:proofErr w:type="spellEnd"/>
      <w:r w:rsidR="003E4600" w:rsidRPr="003E460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600" w:rsidRPr="003E4600">
        <w:rPr>
          <w:rFonts w:ascii="Arial" w:hAnsi="Arial" w:cs="Arial"/>
          <w:b/>
          <w:sz w:val="24"/>
          <w:szCs w:val="24"/>
        </w:rPr>
        <w:t>i</w:t>
      </w:r>
      <w:proofErr w:type="spellEnd"/>
      <w:r w:rsidR="003E4600" w:rsidRPr="003E460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3E4600" w:rsidRPr="003E4600">
        <w:rPr>
          <w:rFonts w:ascii="Arial" w:hAnsi="Arial" w:cs="Arial"/>
          <w:b/>
          <w:sz w:val="24"/>
          <w:szCs w:val="24"/>
        </w:rPr>
        <w:t>njegovog</w:t>
      </w:r>
      <w:proofErr w:type="spellEnd"/>
      <w:r w:rsidR="003E4600" w:rsidRPr="003E4600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3E4600" w:rsidRPr="003E4600">
        <w:rPr>
          <w:rFonts w:ascii="Arial" w:hAnsi="Arial" w:cs="Arial"/>
          <w:b/>
          <w:sz w:val="24"/>
          <w:szCs w:val="24"/>
        </w:rPr>
        <w:t>djela“</w:t>
      </w:r>
      <w:proofErr w:type="gramEnd"/>
    </w:p>
    <w:p w14:paraId="4106ED29" w14:textId="57268B18" w:rsidR="003B3AFF" w:rsidRPr="003E4600" w:rsidRDefault="00DC4837" w:rsidP="00DC4837">
      <w:pPr>
        <w:spacing w:after="3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  <w:r w:rsidR="003E4600" w:rsidRPr="003E4600">
        <w:rPr>
          <w:rFonts w:ascii="Arial" w:hAnsi="Arial" w:cs="Arial"/>
          <w:b/>
          <w:sz w:val="24"/>
          <w:szCs w:val="24"/>
        </w:rPr>
        <w:t>PRIJAVNI OBRAZAC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35"/>
        <w:gridCol w:w="5896"/>
      </w:tblGrid>
      <w:tr w:rsidR="003B3AFF" w:rsidRPr="003E4600" w14:paraId="1696C028" w14:textId="77777777">
        <w:tc>
          <w:tcPr>
            <w:tcW w:w="2835" w:type="dxa"/>
            <w:shd w:val="clear" w:color="auto" w:fill="F2F2F2"/>
            <w:tcMar>
              <w:top w:w="170" w:type="dxa"/>
              <w:bottom w:w="170" w:type="dxa"/>
            </w:tcMar>
            <w:vAlign w:val="center"/>
          </w:tcPr>
          <w:p w14:paraId="41C5132A" w14:textId="77777777" w:rsidR="003B3AFF" w:rsidRPr="003E4600" w:rsidRDefault="003E46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t>IME I PREZIME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  <w:vAlign w:val="center"/>
          </w:tcPr>
          <w:p w14:paraId="407D00DC" w14:textId="77777777" w:rsidR="003B3AFF" w:rsidRPr="003E4600" w:rsidRDefault="003E4600">
            <w:pPr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B3AFF" w:rsidRPr="003E4600" w14:paraId="1BAB0CC3" w14:textId="77777777">
        <w:tc>
          <w:tcPr>
            <w:tcW w:w="2835" w:type="dxa"/>
            <w:shd w:val="clear" w:color="auto" w:fill="F2F2F2"/>
            <w:tcMar>
              <w:top w:w="170" w:type="dxa"/>
              <w:bottom w:w="170" w:type="dxa"/>
            </w:tcMar>
            <w:vAlign w:val="center"/>
          </w:tcPr>
          <w:p w14:paraId="305675E8" w14:textId="77777777" w:rsidR="003B3AFF" w:rsidRPr="003E4600" w:rsidRDefault="003E46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t>TITULA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  <w:vAlign w:val="center"/>
          </w:tcPr>
          <w:p w14:paraId="7FF601AB" w14:textId="77777777" w:rsidR="003B3AFF" w:rsidRPr="003E4600" w:rsidRDefault="003E4600">
            <w:pPr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B3AFF" w:rsidRPr="003E4600" w14:paraId="3B84F9E2" w14:textId="77777777">
        <w:tc>
          <w:tcPr>
            <w:tcW w:w="2835" w:type="dxa"/>
            <w:shd w:val="clear" w:color="auto" w:fill="F2F2F2"/>
            <w:tcMar>
              <w:top w:w="170" w:type="dxa"/>
              <w:bottom w:w="170" w:type="dxa"/>
            </w:tcMar>
            <w:vAlign w:val="center"/>
          </w:tcPr>
          <w:p w14:paraId="0C155043" w14:textId="77777777" w:rsidR="003B3AFF" w:rsidRPr="003E4600" w:rsidRDefault="003E46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t>MATIČNA INSTITUCIJA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  <w:vAlign w:val="center"/>
          </w:tcPr>
          <w:p w14:paraId="28B4CF64" w14:textId="77777777" w:rsidR="003B3AFF" w:rsidRPr="003E4600" w:rsidRDefault="003E4600">
            <w:pPr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B3AFF" w:rsidRPr="003E4600" w14:paraId="60911826" w14:textId="77777777">
        <w:tc>
          <w:tcPr>
            <w:tcW w:w="2835" w:type="dxa"/>
            <w:shd w:val="clear" w:color="auto" w:fill="F2F2F2"/>
            <w:tcMar>
              <w:top w:w="170" w:type="dxa"/>
              <w:bottom w:w="170" w:type="dxa"/>
            </w:tcMar>
            <w:vAlign w:val="center"/>
          </w:tcPr>
          <w:p w14:paraId="777322AC" w14:textId="77777777" w:rsidR="003B3AFF" w:rsidRPr="003E4600" w:rsidRDefault="003E46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t>KONTAKT ADRESA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  <w:vAlign w:val="center"/>
          </w:tcPr>
          <w:p w14:paraId="17061CF1" w14:textId="77777777" w:rsidR="003B3AFF" w:rsidRPr="003E4600" w:rsidRDefault="003E4600">
            <w:pPr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B3AFF" w:rsidRPr="003E4600" w14:paraId="095E0E24" w14:textId="77777777">
        <w:tc>
          <w:tcPr>
            <w:tcW w:w="2835" w:type="dxa"/>
            <w:shd w:val="clear" w:color="auto" w:fill="F2F2F2"/>
            <w:tcMar>
              <w:top w:w="170" w:type="dxa"/>
              <w:bottom w:w="170" w:type="dxa"/>
            </w:tcMar>
            <w:vAlign w:val="center"/>
          </w:tcPr>
          <w:p w14:paraId="39585866" w14:textId="77777777" w:rsidR="003B3AFF" w:rsidRPr="003E4600" w:rsidRDefault="003E46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t>TELEFON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  <w:vAlign w:val="center"/>
          </w:tcPr>
          <w:p w14:paraId="0D441ECB" w14:textId="77777777" w:rsidR="003B3AFF" w:rsidRPr="003E4600" w:rsidRDefault="003E4600">
            <w:pPr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3B3AFF" w:rsidRPr="003E4600" w14:paraId="7B8C25D7" w14:textId="77777777">
        <w:tc>
          <w:tcPr>
            <w:tcW w:w="2835" w:type="dxa"/>
            <w:shd w:val="clear" w:color="auto" w:fill="F2F2F2"/>
            <w:tcMar>
              <w:top w:w="170" w:type="dxa"/>
              <w:bottom w:w="170" w:type="dxa"/>
            </w:tcMar>
            <w:vAlign w:val="center"/>
          </w:tcPr>
          <w:p w14:paraId="78513DFC" w14:textId="77777777" w:rsidR="003B3AFF" w:rsidRPr="003E4600" w:rsidRDefault="003E4600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t>E-MAIL</w:t>
            </w:r>
          </w:p>
        </w:tc>
        <w:tc>
          <w:tcPr>
            <w:tcW w:w="5896" w:type="dxa"/>
            <w:tcMar>
              <w:top w:w="170" w:type="dxa"/>
              <w:bottom w:w="170" w:type="dxa"/>
            </w:tcMar>
            <w:vAlign w:val="center"/>
          </w:tcPr>
          <w:p w14:paraId="5FC3F49D" w14:textId="77777777" w:rsidR="003B3AFF" w:rsidRPr="003E4600" w:rsidRDefault="003E4600">
            <w:pPr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4A949E25" w14:textId="77777777" w:rsidR="003B3AFF" w:rsidRPr="003E4600" w:rsidRDefault="003B3AFF">
      <w:pPr>
        <w:spacing w:after="160"/>
        <w:rPr>
          <w:rFonts w:ascii="Arial" w:hAnsi="Arial" w:cs="Arial"/>
          <w:sz w:val="24"/>
          <w:szCs w:val="24"/>
        </w:rPr>
      </w:pPr>
    </w:p>
    <w:p w14:paraId="4283C0CA" w14:textId="77777777" w:rsidR="003B3AFF" w:rsidRPr="003E4600" w:rsidRDefault="003E4600">
      <w:pPr>
        <w:spacing w:after="18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sz w:val="24"/>
          <w:szCs w:val="24"/>
        </w:rPr>
        <w:t>Prijava se podnosi uz naslov rada, sažetak do 300 riječi i ključne riječi, na drugoj stranici ovog obrasca.</w:t>
      </w:r>
    </w:p>
    <w:p w14:paraId="5387ECEF" w14:textId="2068D64C" w:rsidR="003B3AFF" w:rsidRPr="003E4600" w:rsidRDefault="003E4600">
      <w:pPr>
        <w:spacing w:after="6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b/>
          <w:sz w:val="24"/>
          <w:szCs w:val="24"/>
        </w:rPr>
        <w:t xml:space="preserve">Rok za </w:t>
      </w:r>
      <w:proofErr w:type="spellStart"/>
      <w:r w:rsidRPr="003E4600">
        <w:rPr>
          <w:rFonts w:ascii="Arial" w:hAnsi="Arial" w:cs="Arial"/>
          <w:b/>
          <w:sz w:val="24"/>
          <w:szCs w:val="24"/>
        </w:rPr>
        <w:t>dostavljanje</w:t>
      </w:r>
      <w:proofErr w:type="spellEnd"/>
      <w:r w:rsidRPr="003E460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3E4600">
        <w:rPr>
          <w:rFonts w:ascii="Arial" w:hAnsi="Arial" w:cs="Arial"/>
          <w:b/>
          <w:sz w:val="24"/>
          <w:szCs w:val="24"/>
        </w:rPr>
        <w:t>prijave</w:t>
      </w:r>
      <w:proofErr w:type="spellEnd"/>
      <w:r w:rsidRPr="003E4600">
        <w:rPr>
          <w:rFonts w:ascii="Arial" w:hAnsi="Arial" w:cs="Arial"/>
          <w:b/>
          <w:sz w:val="24"/>
          <w:szCs w:val="24"/>
        </w:rPr>
        <w:t>: 1</w:t>
      </w:r>
      <w:r w:rsidR="009C757B">
        <w:rPr>
          <w:rFonts w:ascii="Arial" w:hAnsi="Arial" w:cs="Arial"/>
          <w:b/>
          <w:sz w:val="24"/>
          <w:szCs w:val="24"/>
        </w:rPr>
        <w:t>0</w:t>
      </w:r>
      <w:r w:rsidRPr="003E4600">
        <w:rPr>
          <w:rFonts w:ascii="Arial" w:hAnsi="Arial" w:cs="Arial"/>
          <w:b/>
          <w:sz w:val="24"/>
          <w:szCs w:val="24"/>
        </w:rPr>
        <w:t>.11.2026. godine</w:t>
      </w:r>
    </w:p>
    <w:p w14:paraId="209967B7" w14:textId="5C731E6D" w:rsidR="003B3AFF" w:rsidRPr="003E4600" w:rsidRDefault="003E4600">
      <w:pPr>
        <w:spacing w:after="16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sz w:val="24"/>
          <w:szCs w:val="24"/>
        </w:rPr>
        <w:t xml:space="preserve">E-mail: </w:t>
      </w:r>
      <w:hyperlink r:id="rId7" w:history="1">
        <w:r w:rsidRPr="003E4600">
          <w:rPr>
            <w:rStyle w:val="Hyperlink"/>
            <w:rFonts w:ascii="Arial" w:hAnsi="Arial" w:cs="Arial"/>
            <w:sz w:val="24"/>
            <w:szCs w:val="24"/>
          </w:rPr>
          <w:t>bosnjackisavjet@gmail.com</w:t>
        </w:r>
      </w:hyperlink>
      <w:proofErr w:type="gramStart"/>
      <w:r w:rsidRPr="003E4600">
        <w:rPr>
          <w:rFonts w:ascii="Arial" w:hAnsi="Arial" w:cs="Arial"/>
          <w:sz w:val="24"/>
          <w:szCs w:val="24"/>
        </w:rPr>
        <w:t xml:space="preserve">, </w:t>
      </w:r>
      <w:r w:rsidRPr="003E4600">
        <w:rPr>
          <w:rFonts w:ascii="Arial" w:eastAsia="Calibri" w:hAnsi="Arial" w:cs="Arial"/>
          <w:bCs/>
          <w:sz w:val="24"/>
          <w:szCs w:val="24"/>
        </w:rPr>
        <w:t>,</w:t>
      </w:r>
      <w:proofErr w:type="gramEnd"/>
      <w:r w:rsidRPr="003E4600">
        <w:rPr>
          <w:rFonts w:ascii="Arial" w:eastAsia="Calibri" w:hAnsi="Arial" w:cs="Arial"/>
          <w:bCs/>
          <w:sz w:val="24"/>
          <w:szCs w:val="24"/>
        </w:rPr>
        <w:t xml:space="preserve"> </w:t>
      </w:r>
      <w:hyperlink r:id="rId8" w:history="1">
        <w:r w:rsidRPr="003E4600">
          <w:rPr>
            <w:rStyle w:val="Hyperlink"/>
            <w:rFonts w:ascii="Arial" w:eastAsia="Calibri" w:hAnsi="Arial" w:cs="Arial"/>
            <w:bCs/>
            <w:sz w:val="24"/>
            <w:szCs w:val="24"/>
          </w:rPr>
          <w:t>glavni.ured.bnv@gmail.com</w:t>
        </w:r>
      </w:hyperlink>
      <w:r w:rsidRPr="003E4600">
        <w:rPr>
          <w:rFonts w:ascii="Arial" w:eastAsia="Calibri" w:hAnsi="Arial" w:cs="Arial"/>
          <w:bCs/>
          <w:sz w:val="24"/>
          <w:szCs w:val="24"/>
        </w:rPr>
        <w:t>, seadsemsovic@hotmail.com</w:t>
      </w:r>
    </w:p>
    <w:p w14:paraId="382C979F" w14:textId="77777777" w:rsidR="003B3AFF" w:rsidRPr="003E4600" w:rsidRDefault="003E4600">
      <w:pPr>
        <w:spacing w:after="10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sz w:val="24"/>
          <w:szCs w:val="24"/>
        </w:rPr>
        <w:t>Konačnu verziju rada potrebno je dostaviti do 01. marta 2027. godine.</w:t>
      </w:r>
    </w:p>
    <w:p w14:paraId="21C174D2" w14:textId="77777777" w:rsidR="003B3AFF" w:rsidRPr="003E4600" w:rsidRDefault="003E4600">
      <w:pPr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sz w:val="24"/>
          <w:szCs w:val="24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1814"/>
        <w:gridCol w:w="3402"/>
      </w:tblGrid>
      <w:tr w:rsidR="003B3AFF" w:rsidRPr="003E4600" w14:paraId="07ACB103" w14:textId="77777777">
        <w:tc>
          <w:tcPr>
            <w:tcW w:w="3402" w:type="dxa"/>
            <w:vAlign w:val="center"/>
          </w:tcPr>
          <w:p w14:paraId="15AB6FC3" w14:textId="77777777" w:rsidR="003B3AFF" w:rsidRPr="003E4600" w:rsidRDefault="003E46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lastRenderedPageBreak/>
              <w:t>Bošnjačko vijeće</w:t>
            </w:r>
            <w:r w:rsidRPr="003E4600">
              <w:rPr>
                <w:rFonts w:ascii="Arial" w:hAnsi="Arial" w:cs="Arial"/>
                <w:b/>
                <w:sz w:val="24"/>
                <w:szCs w:val="24"/>
              </w:rPr>
              <w:br/>
              <w:t>u Crnoj Gori</w:t>
            </w:r>
          </w:p>
        </w:tc>
        <w:tc>
          <w:tcPr>
            <w:tcW w:w="1814" w:type="dxa"/>
            <w:vAlign w:val="center"/>
          </w:tcPr>
          <w:p w14:paraId="6CEB4CA7" w14:textId="77777777" w:rsidR="003B3AFF" w:rsidRPr="003E4600" w:rsidRDefault="003E46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noProof/>
                <w:sz w:val="24"/>
                <w:szCs w:val="24"/>
              </w:rPr>
              <w:drawing>
                <wp:inline distT="0" distB="0" distL="0" distR="0" wp14:anchorId="399F7B0B" wp14:editId="364037FA">
                  <wp:extent cx="648000" cy="87177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871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  <w:vAlign w:val="center"/>
          </w:tcPr>
          <w:p w14:paraId="19E88115" w14:textId="77777777" w:rsidR="003B3AFF" w:rsidRPr="003E4600" w:rsidRDefault="003E46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E4600">
              <w:rPr>
                <w:rFonts w:ascii="Arial" w:hAnsi="Arial" w:cs="Arial"/>
                <w:b/>
                <w:sz w:val="24"/>
                <w:szCs w:val="24"/>
              </w:rPr>
              <w:t>Bošnjačko nacionalno</w:t>
            </w:r>
            <w:r w:rsidRPr="003E4600">
              <w:rPr>
                <w:rFonts w:ascii="Arial" w:hAnsi="Arial" w:cs="Arial"/>
                <w:b/>
                <w:sz w:val="24"/>
                <w:szCs w:val="24"/>
              </w:rPr>
              <w:br/>
              <w:t>vijeće u Republici Srbiji</w:t>
            </w:r>
          </w:p>
        </w:tc>
      </w:tr>
    </w:tbl>
    <w:p w14:paraId="070F8447" w14:textId="03D035B9" w:rsidR="003B3AFF" w:rsidRPr="003E4600" w:rsidRDefault="00A73261" w:rsidP="00A73261">
      <w:pPr>
        <w:spacing w:after="6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b/>
          <w:sz w:val="24"/>
          <w:szCs w:val="24"/>
        </w:rPr>
        <w:t xml:space="preserve">                                       </w:t>
      </w:r>
      <w:r w:rsidR="006D08FB">
        <w:rPr>
          <w:rFonts w:ascii="Arial" w:hAnsi="Arial" w:cs="Arial"/>
          <w:b/>
          <w:sz w:val="24"/>
          <w:szCs w:val="24"/>
        </w:rPr>
        <w:t>MEĐUNARODNI NAUČNI SIMPOZIJ</w:t>
      </w:r>
    </w:p>
    <w:p w14:paraId="79525681" w14:textId="77777777" w:rsidR="003B3AFF" w:rsidRPr="003E4600" w:rsidRDefault="003E4600">
      <w:pPr>
        <w:spacing w:after="240"/>
        <w:jc w:val="center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b/>
          <w:sz w:val="24"/>
          <w:szCs w:val="24"/>
        </w:rPr>
        <w:t xml:space="preserve">„Dvojna pripadnost pisca i njegovog </w:t>
      </w:r>
      <w:proofErr w:type="gramStart"/>
      <w:r w:rsidRPr="003E4600">
        <w:rPr>
          <w:rFonts w:ascii="Arial" w:hAnsi="Arial" w:cs="Arial"/>
          <w:b/>
          <w:sz w:val="24"/>
          <w:szCs w:val="24"/>
        </w:rPr>
        <w:t>djela“</w:t>
      </w:r>
      <w:proofErr w:type="gramEnd"/>
    </w:p>
    <w:p w14:paraId="66CD9456" w14:textId="77777777" w:rsidR="003B3AFF" w:rsidRPr="003E4600" w:rsidRDefault="003E4600">
      <w:pPr>
        <w:spacing w:after="320"/>
        <w:jc w:val="center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b/>
          <w:sz w:val="24"/>
          <w:szCs w:val="24"/>
        </w:rPr>
        <w:t>NASLOV RADA I SAŽETAK</w:t>
      </w:r>
    </w:p>
    <w:p w14:paraId="77C0A2A5" w14:textId="77777777" w:rsidR="003B3AFF" w:rsidRPr="003E4600" w:rsidRDefault="003E4600">
      <w:pPr>
        <w:spacing w:after="6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b/>
          <w:sz w:val="24"/>
          <w:szCs w:val="24"/>
        </w:rPr>
        <w:t>NASLOV RADA</w:t>
      </w:r>
    </w:p>
    <w:p w14:paraId="342C9A5D" w14:textId="0EA2FFD5" w:rsidR="003B3AFF" w:rsidRPr="003E4600" w:rsidRDefault="003E4600">
      <w:pPr>
        <w:spacing w:after="28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2E2AB688" w14:textId="77777777" w:rsidR="003B3AFF" w:rsidRPr="003E4600" w:rsidRDefault="003E4600">
      <w:pPr>
        <w:spacing w:after="6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b/>
          <w:sz w:val="24"/>
          <w:szCs w:val="24"/>
        </w:rPr>
        <w:t>SAŽETAK (do 300 riječi)</w:t>
      </w:r>
    </w:p>
    <w:p w14:paraId="37A94398" w14:textId="77777777" w:rsidR="003B3AFF" w:rsidRPr="003E4600" w:rsidRDefault="003E4600">
      <w:pPr>
        <w:spacing w:after="16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sz w:val="24"/>
          <w:szCs w:val="24"/>
        </w:rPr>
        <w:t>U sažetku ukratko predstaviti predmet i cilj rada, pristup ili metod, te osnovne nalaze i zaključke.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3B3AFF" w:rsidRPr="003E4600" w14:paraId="643297EF" w14:textId="77777777">
        <w:trPr>
          <w:trHeight w:val="5329"/>
        </w:trPr>
        <w:tc>
          <w:tcPr>
            <w:tcW w:w="9632" w:type="dxa"/>
          </w:tcPr>
          <w:p w14:paraId="7392DCEE" w14:textId="01BD7A8D" w:rsidR="003B3AFF" w:rsidRPr="003E4600" w:rsidRDefault="003B3AF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3FBA73C" w14:textId="77777777" w:rsidR="003B3AFF" w:rsidRPr="003E4600" w:rsidRDefault="003B3AFF">
      <w:pPr>
        <w:rPr>
          <w:rFonts w:ascii="Arial" w:hAnsi="Arial" w:cs="Arial"/>
          <w:sz w:val="24"/>
          <w:szCs w:val="24"/>
        </w:rPr>
      </w:pPr>
    </w:p>
    <w:p w14:paraId="684B627D" w14:textId="77777777" w:rsidR="003B3AFF" w:rsidRPr="003E4600" w:rsidRDefault="003E4600">
      <w:pPr>
        <w:spacing w:after="100"/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b/>
          <w:sz w:val="24"/>
          <w:szCs w:val="24"/>
        </w:rPr>
        <w:t>KLJUČNE RIJEČI (3–5 pojmova)</w:t>
      </w:r>
    </w:p>
    <w:p w14:paraId="2F0E505E" w14:textId="113F59DD" w:rsidR="003B3AFF" w:rsidRPr="003E4600" w:rsidRDefault="003E4600">
      <w:pPr>
        <w:rPr>
          <w:rFonts w:ascii="Arial" w:hAnsi="Arial" w:cs="Arial"/>
          <w:sz w:val="24"/>
          <w:szCs w:val="24"/>
        </w:rPr>
      </w:pPr>
      <w:r w:rsidRPr="003E4600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40A0523D" w14:textId="77777777" w:rsidR="009C757B" w:rsidRDefault="009C757B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532E02C2" w14:textId="39710A2E" w:rsidR="003B3AFF" w:rsidRPr="003E4600" w:rsidRDefault="003E4600">
      <w:pPr>
        <w:spacing w:after="0"/>
        <w:rPr>
          <w:rFonts w:ascii="Arial" w:hAnsi="Arial" w:cs="Arial"/>
          <w:b/>
          <w:bCs/>
          <w:sz w:val="24"/>
          <w:szCs w:val="24"/>
        </w:rPr>
      </w:pPr>
      <w:proofErr w:type="spellStart"/>
      <w:r w:rsidRPr="003E4600">
        <w:rPr>
          <w:rFonts w:ascii="Arial" w:hAnsi="Arial" w:cs="Arial"/>
          <w:b/>
          <w:bCs/>
          <w:sz w:val="24"/>
          <w:szCs w:val="24"/>
        </w:rPr>
        <w:t>Napomena</w:t>
      </w:r>
      <w:proofErr w:type="spellEnd"/>
      <w:r w:rsidRPr="003E4600">
        <w:rPr>
          <w:rFonts w:ascii="Arial" w:hAnsi="Arial" w:cs="Arial"/>
          <w:b/>
          <w:bCs/>
          <w:sz w:val="24"/>
          <w:szCs w:val="24"/>
        </w:rPr>
        <w:t xml:space="preserve">: </w:t>
      </w:r>
      <w:proofErr w:type="spellStart"/>
      <w:r w:rsidRPr="003E4600">
        <w:rPr>
          <w:rFonts w:ascii="Arial" w:hAnsi="Arial" w:cs="Arial"/>
          <w:b/>
          <w:bCs/>
          <w:sz w:val="24"/>
          <w:szCs w:val="24"/>
        </w:rPr>
        <w:t>Sažetak</w:t>
      </w:r>
      <w:proofErr w:type="spellEnd"/>
      <w:r w:rsidRPr="003E460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E4600">
        <w:rPr>
          <w:rFonts w:ascii="Arial" w:hAnsi="Arial" w:cs="Arial"/>
          <w:b/>
          <w:bCs/>
          <w:sz w:val="24"/>
          <w:szCs w:val="24"/>
        </w:rPr>
        <w:t>i</w:t>
      </w:r>
      <w:proofErr w:type="spellEnd"/>
      <w:r w:rsidRPr="003E4600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3E4600">
        <w:rPr>
          <w:rFonts w:ascii="Arial" w:hAnsi="Arial" w:cs="Arial"/>
          <w:b/>
          <w:bCs/>
          <w:sz w:val="24"/>
          <w:szCs w:val="24"/>
        </w:rPr>
        <w:t>ključne</w:t>
      </w:r>
      <w:proofErr w:type="spellEnd"/>
      <w:r w:rsidRPr="003E4600">
        <w:rPr>
          <w:rFonts w:ascii="Arial" w:hAnsi="Arial" w:cs="Arial"/>
          <w:b/>
          <w:bCs/>
          <w:sz w:val="24"/>
          <w:szCs w:val="24"/>
        </w:rPr>
        <w:t xml:space="preserve"> riječi dostavljaju se uz prijavu, najkasnije do 1</w:t>
      </w:r>
      <w:r w:rsidR="009C757B">
        <w:rPr>
          <w:rFonts w:ascii="Arial" w:hAnsi="Arial" w:cs="Arial"/>
          <w:b/>
          <w:bCs/>
          <w:sz w:val="24"/>
          <w:szCs w:val="24"/>
        </w:rPr>
        <w:t>0</w:t>
      </w:r>
      <w:r w:rsidRPr="003E4600">
        <w:rPr>
          <w:rFonts w:ascii="Arial" w:hAnsi="Arial" w:cs="Arial"/>
          <w:b/>
          <w:bCs/>
          <w:sz w:val="24"/>
          <w:szCs w:val="24"/>
        </w:rPr>
        <w:t>.11.2026. godine.</w:t>
      </w:r>
    </w:p>
    <w:sectPr w:rsidR="003B3AFF" w:rsidRPr="003E4600" w:rsidSect="00034616">
      <w:pgSz w:w="12240" w:h="15840"/>
      <w:pgMar w:top="1020" w:right="1304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8696245">
    <w:abstractNumId w:val="8"/>
  </w:num>
  <w:num w:numId="2" w16cid:durableId="603078001">
    <w:abstractNumId w:val="6"/>
  </w:num>
  <w:num w:numId="3" w16cid:durableId="690492797">
    <w:abstractNumId w:val="5"/>
  </w:num>
  <w:num w:numId="4" w16cid:durableId="984772879">
    <w:abstractNumId w:val="4"/>
  </w:num>
  <w:num w:numId="5" w16cid:durableId="903687227">
    <w:abstractNumId w:val="7"/>
  </w:num>
  <w:num w:numId="6" w16cid:durableId="1719547639">
    <w:abstractNumId w:val="3"/>
  </w:num>
  <w:num w:numId="7" w16cid:durableId="1749111336">
    <w:abstractNumId w:val="2"/>
  </w:num>
  <w:num w:numId="8" w16cid:durableId="346954333">
    <w:abstractNumId w:val="1"/>
  </w:num>
  <w:num w:numId="9" w16cid:durableId="546912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68C9"/>
    <w:rsid w:val="0029639D"/>
    <w:rsid w:val="00326F90"/>
    <w:rsid w:val="003B3AFF"/>
    <w:rsid w:val="003E4600"/>
    <w:rsid w:val="004C06F5"/>
    <w:rsid w:val="00554D95"/>
    <w:rsid w:val="006D08FB"/>
    <w:rsid w:val="009C757B"/>
    <w:rsid w:val="00A73261"/>
    <w:rsid w:val="00AA1D8D"/>
    <w:rsid w:val="00B47730"/>
    <w:rsid w:val="00CB0664"/>
    <w:rsid w:val="00DC4837"/>
    <w:rsid w:val="00E67DAD"/>
    <w:rsid w:val="00F904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3E1C4"/>
  <w14:defaultImageDpi w14:val="300"/>
  <w15:docId w15:val="{EADE3B58-8755-4882-893F-F427867C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color w:val="1919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E46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i.ured.bnv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bosnjackisavje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5A0CC0-22FC-4276-A46E-28E8071AB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Edo</cp:lastModifiedBy>
  <cp:revision>4</cp:revision>
  <dcterms:created xsi:type="dcterms:W3CDTF">2026-10-16T10:16:00Z</dcterms:created>
  <dcterms:modified xsi:type="dcterms:W3CDTF">2026-10-16T10:23:00Z</dcterms:modified>
  <cp:category/>
</cp:coreProperties>
</file>